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BD1FC" w14:textId="77777777" w:rsidR="008B4136" w:rsidRDefault="00000000">
      <w:pPr>
        <w:spacing w:after="40"/>
      </w:pPr>
      <w:r>
        <w:rPr>
          <w:noProof/>
        </w:rPr>
        <w:drawing>
          <wp:inline distT="0" distB="0" distL="0" distR="0" wp14:anchorId="279E1FDB" wp14:editId="7838EBD9">
            <wp:extent cx="5760720" cy="19183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site_Banner.png"/>
                    <pic:cNvPicPr/>
                  </pic:nvPicPr>
                  <pic:blipFill>
                    <a:blip r:embed="rId6"/>
                    <a:stretch>
                      <a:fillRect/>
                    </a:stretch>
                  </pic:blipFill>
                  <pic:spPr>
                    <a:xfrm>
                      <a:off x="0" y="0"/>
                      <a:ext cx="5760720" cy="1918365"/>
                    </a:xfrm>
                    <a:prstGeom prst="rect">
                      <a:avLst/>
                    </a:prstGeom>
                  </pic:spPr>
                </pic:pic>
              </a:graphicData>
            </a:graphic>
          </wp:inline>
        </w:drawing>
      </w:r>
    </w:p>
    <w:p w14:paraId="3F7341B1" w14:textId="77777777" w:rsidR="005B2851" w:rsidRDefault="005B2851" w:rsidP="009B5047">
      <w:pPr>
        <w:spacing w:after="40"/>
        <w:jc w:val="center"/>
        <w:rPr>
          <w:b/>
          <w:bCs/>
          <w:sz w:val="28"/>
          <w:szCs w:val="28"/>
        </w:rPr>
      </w:pPr>
    </w:p>
    <w:p w14:paraId="1F339C72" w14:textId="2F8C966B" w:rsidR="008B4136" w:rsidRPr="00AF1618" w:rsidRDefault="00000000" w:rsidP="009B5047">
      <w:pPr>
        <w:spacing w:after="40"/>
        <w:jc w:val="center"/>
        <w:rPr>
          <w:b/>
          <w:bCs/>
          <w:sz w:val="28"/>
          <w:szCs w:val="28"/>
        </w:rPr>
      </w:pPr>
      <w:r w:rsidRPr="00AF1618">
        <w:rPr>
          <w:b/>
          <w:bCs/>
          <w:sz w:val="28"/>
          <w:szCs w:val="28"/>
        </w:rPr>
        <w:t xml:space="preserve">Thank you for sharing your baking talents to support Life Choices Pregnancy Center </w:t>
      </w:r>
      <w:r w:rsidR="009B5047" w:rsidRPr="00AF1618">
        <w:rPr>
          <w:b/>
          <w:bCs/>
          <w:sz w:val="28"/>
          <w:szCs w:val="28"/>
        </w:rPr>
        <w:t xml:space="preserve">and </w:t>
      </w:r>
      <w:r w:rsidRPr="00AF1618">
        <w:rPr>
          <w:b/>
          <w:bCs/>
          <w:sz w:val="28"/>
          <w:szCs w:val="28"/>
        </w:rPr>
        <w:t>7B Care Clinic!</w:t>
      </w:r>
    </w:p>
    <w:p w14:paraId="1A058A79" w14:textId="77777777" w:rsidR="008B4136" w:rsidRDefault="00000000">
      <w:pPr>
        <w:spacing w:after="40"/>
      </w:pPr>
      <w:r>
        <w:t>Your donated dessert helps raise funds for compassionate care for women, men, and families in our community. Auction proceeds support services such as pregnancy testing, limited ultrasounds, parenting and fatherhood education, and practical assistance for clients who need hope, help, and encouragement.</w:t>
      </w:r>
    </w:p>
    <w:p w14:paraId="619DFB41" w14:textId="77777777" w:rsidR="008B4136" w:rsidRDefault="00000000">
      <w:pPr>
        <w:spacing w:after="40"/>
      </w:pPr>
      <w:r>
        <w:rPr>
          <w:b/>
        </w:rPr>
        <w:t>DONOR INFORMATION</w:t>
      </w:r>
    </w:p>
    <w:tbl>
      <w:tblPr>
        <w:tblStyle w:val="TableGrid"/>
        <w:tblW w:w="0" w:type="auto"/>
        <w:tblLook w:val="04A0" w:firstRow="1" w:lastRow="0" w:firstColumn="1" w:lastColumn="0" w:noHBand="0" w:noVBand="1"/>
      </w:tblPr>
      <w:tblGrid>
        <w:gridCol w:w="8640"/>
      </w:tblGrid>
      <w:tr w:rsidR="008B4136" w14:paraId="5960DE73" w14:textId="77777777">
        <w:tc>
          <w:tcPr>
            <w:tcW w:w="8640" w:type="dxa"/>
          </w:tcPr>
          <w:p w14:paraId="04BCC868" w14:textId="77777777" w:rsidR="008B4136" w:rsidRDefault="00000000">
            <w:pPr>
              <w:spacing w:after="20"/>
            </w:pPr>
            <w:r>
              <w:rPr>
                <w:b/>
              </w:rPr>
              <w:t xml:space="preserve">Name:  </w:t>
            </w:r>
            <w:sdt>
              <w:sdtPr>
                <w:alias w:val="donor_name"/>
                <w:tag w:val="donor_name"/>
                <w:id w:val="-1822578508"/>
                <w:text/>
              </w:sdtPr>
              <w:sdtContent>
                <w:r>
                  <w:t>Click or tap here to enter text</w:t>
                </w:r>
              </w:sdtContent>
            </w:sdt>
          </w:p>
        </w:tc>
      </w:tr>
    </w:tbl>
    <w:p w14:paraId="7442C31B" w14:textId="77777777" w:rsidR="008B4136" w:rsidRDefault="008B4136">
      <w:pPr>
        <w:spacing w:after="40"/>
      </w:pPr>
    </w:p>
    <w:tbl>
      <w:tblPr>
        <w:tblStyle w:val="TableGrid"/>
        <w:tblW w:w="0" w:type="auto"/>
        <w:tblLook w:val="04A0" w:firstRow="1" w:lastRow="0" w:firstColumn="1" w:lastColumn="0" w:noHBand="0" w:noVBand="1"/>
      </w:tblPr>
      <w:tblGrid>
        <w:gridCol w:w="8640"/>
      </w:tblGrid>
      <w:tr w:rsidR="008B4136" w14:paraId="0720DF26" w14:textId="77777777">
        <w:tc>
          <w:tcPr>
            <w:tcW w:w="8640" w:type="dxa"/>
          </w:tcPr>
          <w:p w14:paraId="4043E123" w14:textId="77777777" w:rsidR="008B4136" w:rsidRDefault="00000000">
            <w:pPr>
              <w:spacing w:after="20"/>
            </w:pPr>
            <w:r>
              <w:rPr>
                <w:b/>
              </w:rPr>
              <w:t xml:space="preserve">Contact phone:  </w:t>
            </w:r>
            <w:sdt>
              <w:sdtPr>
                <w:alias w:val="phone"/>
                <w:tag w:val="phone"/>
                <w:id w:val="1493143825"/>
                <w:text/>
              </w:sdtPr>
              <w:sdtContent>
                <w:r>
                  <w:t>Click or tap here to enter text</w:t>
                </w:r>
              </w:sdtContent>
            </w:sdt>
          </w:p>
        </w:tc>
      </w:tr>
    </w:tbl>
    <w:p w14:paraId="131D69B5" w14:textId="77777777" w:rsidR="008B4136" w:rsidRDefault="008B4136">
      <w:pPr>
        <w:spacing w:after="40"/>
      </w:pPr>
    </w:p>
    <w:tbl>
      <w:tblPr>
        <w:tblStyle w:val="TableGrid"/>
        <w:tblW w:w="0" w:type="auto"/>
        <w:tblLook w:val="04A0" w:firstRow="1" w:lastRow="0" w:firstColumn="1" w:lastColumn="0" w:noHBand="0" w:noVBand="1"/>
      </w:tblPr>
      <w:tblGrid>
        <w:gridCol w:w="8640"/>
      </w:tblGrid>
      <w:tr w:rsidR="008B4136" w14:paraId="72DA7153" w14:textId="77777777">
        <w:tc>
          <w:tcPr>
            <w:tcW w:w="8640" w:type="dxa"/>
          </w:tcPr>
          <w:p w14:paraId="6A6D015E" w14:textId="77777777" w:rsidR="008B4136" w:rsidRDefault="00000000">
            <w:pPr>
              <w:spacing w:after="20"/>
            </w:pPr>
            <w:r>
              <w:rPr>
                <w:b/>
              </w:rPr>
              <w:t xml:space="preserve">Email:  </w:t>
            </w:r>
            <w:sdt>
              <w:sdtPr>
                <w:alias w:val="email"/>
                <w:tag w:val="email"/>
                <w:id w:val="-1868445605"/>
                <w:text/>
              </w:sdtPr>
              <w:sdtContent>
                <w:r>
                  <w:t>Click or tap here to enter text</w:t>
                </w:r>
              </w:sdtContent>
            </w:sdt>
          </w:p>
        </w:tc>
      </w:tr>
    </w:tbl>
    <w:p w14:paraId="413A78DC" w14:textId="77777777" w:rsidR="008B4136" w:rsidRDefault="008B4136">
      <w:pPr>
        <w:spacing w:after="40"/>
      </w:pPr>
    </w:p>
    <w:tbl>
      <w:tblPr>
        <w:tblStyle w:val="TableGrid"/>
        <w:tblW w:w="0" w:type="auto"/>
        <w:tblLook w:val="04A0" w:firstRow="1" w:lastRow="0" w:firstColumn="1" w:lastColumn="0" w:noHBand="0" w:noVBand="1"/>
      </w:tblPr>
      <w:tblGrid>
        <w:gridCol w:w="8640"/>
      </w:tblGrid>
      <w:tr w:rsidR="008B4136" w14:paraId="30B436C1" w14:textId="77777777">
        <w:tc>
          <w:tcPr>
            <w:tcW w:w="8640" w:type="dxa"/>
          </w:tcPr>
          <w:p w14:paraId="7B3B6590" w14:textId="77777777" w:rsidR="008B4136" w:rsidRDefault="00000000">
            <w:pPr>
              <w:spacing w:after="20"/>
            </w:pPr>
            <w:r>
              <w:rPr>
                <w:b/>
              </w:rPr>
              <w:t xml:space="preserve">Dessert providing (type / description):  </w:t>
            </w:r>
            <w:sdt>
              <w:sdtPr>
                <w:alias w:val="dessert"/>
                <w:tag w:val="dessert"/>
                <w:id w:val="-1382473216"/>
                <w:text/>
              </w:sdtPr>
              <w:sdtContent>
                <w:r>
                  <w:t>Click or tap here to enter text</w:t>
                </w:r>
              </w:sdtContent>
            </w:sdt>
          </w:p>
        </w:tc>
      </w:tr>
    </w:tbl>
    <w:p w14:paraId="0CA56441" w14:textId="77777777" w:rsidR="008B4136" w:rsidRDefault="008B4136">
      <w:pPr>
        <w:spacing w:after="40"/>
      </w:pPr>
    </w:p>
    <w:p w14:paraId="4003D8CC" w14:textId="77777777" w:rsidR="008B4136" w:rsidRDefault="00000000">
      <w:pPr>
        <w:spacing w:after="40"/>
      </w:pPr>
      <w:r>
        <w:rPr>
          <w:b/>
        </w:rPr>
        <w:t>DESSERT PHOTO &amp; DELIVERY</w:t>
      </w:r>
    </w:p>
    <w:p w14:paraId="6EA0D303" w14:textId="77777777" w:rsidR="008B4136" w:rsidRDefault="00000000" w:rsidP="009B5047">
      <w:pPr>
        <w:pStyle w:val="ListParagraph"/>
        <w:numPr>
          <w:ilvl w:val="0"/>
          <w:numId w:val="10"/>
        </w:numPr>
        <w:spacing w:after="40"/>
      </w:pPr>
      <w:r>
        <w:t xml:space="preserve">Please email a photo of your dessert to </w:t>
      </w:r>
      <w:r w:rsidRPr="00EB6119">
        <w:rPr>
          <w:color w:val="0070C0"/>
        </w:rPr>
        <w:t xml:space="preserve">diane@lifechoicespc.org </w:t>
      </w:r>
      <w:r>
        <w:t>so we can feature it in the online auction.</w:t>
      </w:r>
    </w:p>
    <w:p w14:paraId="71957260" w14:textId="04F5E343" w:rsidR="008B4136" w:rsidRDefault="00000000" w:rsidP="009B5047">
      <w:pPr>
        <w:pStyle w:val="ListParagraph"/>
        <w:numPr>
          <w:ilvl w:val="0"/>
          <w:numId w:val="10"/>
        </w:numPr>
        <w:spacing w:after="40"/>
      </w:pPr>
      <w:r>
        <w:t>Deliver your dessert on Monday, November 23, 2026, between 8:00 a.m. and 4:00 p.m. to</w:t>
      </w:r>
      <w:proofErr w:type="gramStart"/>
      <w:r>
        <w:t>:</w:t>
      </w:r>
      <w:r w:rsidR="009B5047">
        <w:t xml:space="preserve">  </w:t>
      </w:r>
      <w:r>
        <w:t>7</w:t>
      </w:r>
      <w:proofErr w:type="gramEnd"/>
      <w:r>
        <w:t>B Care Clinic</w:t>
      </w:r>
      <w:r w:rsidR="009B5047">
        <w:t xml:space="preserve">, </w:t>
      </w:r>
      <w:r>
        <w:t xml:space="preserve">35 </w:t>
      </w:r>
      <w:proofErr w:type="spellStart"/>
      <w:r>
        <w:t>Litehouse</w:t>
      </w:r>
      <w:proofErr w:type="spellEnd"/>
      <w:r>
        <w:t xml:space="preserve"> Drive</w:t>
      </w:r>
      <w:r w:rsidR="009B5047">
        <w:t xml:space="preserve">, </w:t>
      </w:r>
      <w:r>
        <w:t>Sandpoint, Idaho</w:t>
      </w:r>
    </w:p>
    <w:p w14:paraId="0D51B986" w14:textId="76C90321" w:rsidR="008B4136" w:rsidRDefault="00000000" w:rsidP="009B5047">
      <w:pPr>
        <w:pStyle w:val="ListParagraph"/>
        <w:numPr>
          <w:ilvl w:val="0"/>
          <w:numId w:val="10"/>
        </w:numPr>
        <w:spacing w:after="40"/>
      </w:pPr>
      <w:r>
        <w:t>If you are unable to deliver, please arrange for a clinic team member to pick up your dessert</w:t>
      </w:r>
      <w:proofErr w:type="gramStart"/>
      <w:r w:rsidR="00CB670D">
        <w:t>:  208</w:t>
      </w:r>
      <w:proofErr w:type="gramEnd"/>
      <w:r w:rsidR="00CB670D">
        <w:t>-263-7621.</w:t>
      </w:r>
    </w:p>
    <w:p w14:paraId="041DF517" w14:textId="77777777" w:rsidR="000A54E9" w:rsidRDefault="000A54E9">
      <w:pPr>
        <w:spacing w:after="40"/>
      </w:pPr>
    </w:p>
    <w:p w14:paraId="13470BD8" w14:textId="3114C031" w:rsidR="008B4136" w:rsidRPr="000A54E9" w:rsidRDefault="00000000" w:rsidP="000A54E9">
      <w:pPr>
        <w:spacing w:after="40"/>
        <w:jc w:val="center"/>
        <w:rPr>
          <w:b/>
          <w:bCs/>
          <w:sz w:val="32"/>
          <w:szCs w:val="32"/>
        </w:rPr>
      </w:pPr>
      <w:r w:rsidRPr="000A54E9">
        <w:rPr>
          <w:b/>
          <w:bCs/>
          <w:sz w:val="32"/>
          <w:szCs w:val="32"/>
        </w:rPr>
        <w:t>Thank you for helping us serve local clients and families through your generous donation!</w:t>
      </w:r>
    </w:p>
    <w:sectPr w:rsidR="008B4136" w:rsidRPr="000A54E9" w:rsidSect="00034616">
      <w:pgSz w:w="12240" w:h="15840"/>
      <w:pgMar w:top="432" w:right="1800" w:bottom="432"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22C77DA"/>
    <w:multiLevelType w:val="hybridMultilevel"/>
    <w:tmpl w:val="57108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4054675">
    <w:abstractNumId w:val="8"/>
  </w:num>
  <w:num w:numId="2" w16cid:durableId="2056001324">
    <w:abstractNumId w:val="6"/>
  </w:num>
  <w:num w:numId="3" w16cid:durableId="340084088">
    <w:abstractNumId w:val="5"/>
  </w:num>
  <w:num w:numId="4" w16cid:durableId="1314137877">
    <w:abstractNumId w:val="4"/>
  </w:num>
  <w:num w:numId="5" w16cid:durableId="740103049">
    <w:abstractNumId w:val="7"/>
  </w:num>
  <w:num w:numId="6" w16cid:durableId="998996726">
    <w:abstractNumId w:val="3"/>
  </w:num>
  <w:num w:numId="7" w16cid:durableId="848909613">
    <w:abstractNumId w:val="2"/>
  </w:num>
  <w:num w:numId="8" w16cid:durableId="943803761">
    <w:abstractNumId w:val="1"/>
  </w:num>
  <w:num w:numId="9" w16cid:durableId="2041927425">
    <w:abstractNumId w:val="0"/>
  </w:num>
  <w:num w:numId="10" w16cid:durableId="15673009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0EA1"/>
    <w:rsid w:val="000A54E9"/>
    <w:rsid w:val="0015074B"/>
    <w:rsid w:val="0029639D"/>
    <w:rsid w:val="00322771"/>
    <w:rsid w:val="00326F90"/>
    <w:rsid w:val="005B2851"/>
    <w:rsid w:val="008B4136"/>
    <w:rsid w:val="009B5047"/>
    <w:rsid w:val="00AA1D8D"/>
    <w:rsid w:val="00AF1618"/>
    <w:rsid w:val="00B47730"/>
    <w:rsid w:val="00CB0664"/>
    <w:rsid w:val="00CB670D"/>
    <w:rsid w:val="00EB61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E15E9B"/>
  <w14:defaultImageDpi w14:val="300"/>
  <w15:docId w15:val="{E5009891-3A66-4DD2-B69A-FC62FB32B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pPr>
    <w:rPr>
      <w:rFonts w:ascii="Aptos" w:hAnsi="Aptos"/>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167</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Diane Stockton</cp:lastModifiedBy>
  <cp:revision>8</cp:revision>
  <cp:lastPrinted>2026-10-29T19:30:00Z</cp:lastPrinted>
  <dcterms:created xsi:type="dcterms:W3CDTF">2026-10-29T19:26:00Z</dcterms:created>
  <dcterms:modified xsi:type="dcterms:W3CDTF">2026-10-29T19:32:00Z</dcterms:modified>
  <cp:category/>
</cp:coreProperties>
</file>